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fill="005DAA"/>
          </w:tcPr>
          <w:p>
            <w:r>
              <w:rPr>
                <w:b/>
                <w:color w:val="FFFFFF"/>
              </w:rPr>
              <w:t>ASHRAE SOUTHERN NEVADA CHAPTER</w:t>
              <w:br/>
            </w:r>
            <w:r>
              <w:rPr>
                <w:b/>
                <w:color w:val="FFFFFF"/>
                <w:sz w:val="36"/>
              </w:rPr>
              <w:t>2027 Student Grant Application</w:t>
            </w:r>
          </w:p>
        </w:tc>
      </w:tr>
    </w:tbl>
    <w:p>
      <w:r>
        <w:t>The ASHRAE Southern Nevada Board of Governors has approved the award of four (4) Collegiate Student Grants for the 2026-2027 Chapter Year. Grant amount: [TBD]. Complete this form, attach the required materials, and email your application to the chapter by the deadline.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fill="E6F0F8"/>
          </w:tcPr>
          <w:p>
            <w:r>
              <w:rPr>
                <w:b/>
                <w:color w:val="005DAA"/>
                <w:sz w:val="28"/>
              </w:rPr>
              <w:t>DEADLINE: March 21, 2027</w:t>
              <w:br/>
            </w:r>
            <w:r>
              <w:t>Awards: four (4) grants | Amount: [TBD] | Recipients notified by April 15, 2027</w:t>
            </w:r>
          </w:p>
        </w:tc>
      </w:tr>
    </w:tbl>
    <w:p>
      <w:r>
        <w:rPr>
          <w:b/>
          <w:color w:val="005DAA"/>
          <w:sz w:val="24"/>
        </w:rPr>
        <w:t>WHO CAN APPLY</w:t>
      </w:r>
    </w:p>
    <w:p>
      <w:pPr>
        <w:pStyle w:val="ListBullet"/>
      </w:pPr>
      <w:r>
        <w:t>Full- or part-time students who are interested in, or currently working toward, a career in the HVAC industry.</w:t>
      </w:r>
    </w:p>
    <w:p>
      <w:pPr>
        <w:pStyle w:val="ListBullet"/>
      </w:pPr>
      <w:r>
        <w:t>Undergraduate or postgraduate students at UNLV majoring in Mechanical Engineering or Architecture.</w:t>
      </w:r>
    </w:p>
    <w:p>
      <w:pPr>
        <w:pStyle w:val="ListBullet"/>
      </w:pPr>
      <w:r>
        <w:t>Current high school seniors who will be attending UNLV and studying mechanical engineering or architecture.</w:t>
      </w:r>
    </w:p>
    <w:p>
      <w:pPr>
        <w:pStyle w:val="ListBullet"/>
      </w:pPr>
      <w:r>
        <w:t>Family members of ASHRAE Southern Nevada Chapter members who meet the above criteria but are studying outside of Southern Nevada may also apply.</w:t>
      </w:r>
    </w:p>
    <w:p>
      <w:r>
        <w:rPr>
          <w:b/>
          <w:color w:val="005DAA"/>
          <w:sz w:val="24"/>
        </w:rPr>
        <w:t>APPLICATION CHECKLIST (ALL SIX ITEMS REQUIRED)</w:t>
      </w:r>
    </w:p>
    <w:p>
      <w:r>
        <w:t>☐  Full name, address, email address, and phone number</w:t>
      </w:r>
    </w:p>
    <w:p>
      <w:r>
        <w:t>☐  Educational background / college major</w:t>
      </w:r>
    </w:p>
    <w:p>
      <w:r>
        <w:t>☐  Current GPA</w:t>
      </w:r>
    </w:p>
    <w:p>
      <w:r>
        <w:t>☐  Projected number of credits at the end of the 2026-2027 school year</w:t>
      </w:r>
    </w:p>
    <w:p>
      <w:r>
        <w:t>☐  Relevant work or academic experience in the HVAC industry</w:t>
      </w:r>
    </w:p>
    <w:p>
      <w:r>
        <w:t>☐  A brief essay (max 1 page) describing your career goals in the HVAC industry and your planned academic path to get there</w:t>
      </w:r>
    </w:p>
    <w:p>
      <w:r>
        <w:rPr>
          <w:b/>
          <w:color w:val="005DAA"/>
          <w:sz w:val="24"/>
        </w:rPr>
        <w:t>APPLICANT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Full name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Email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Phone number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Street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City / State / ZIP</w:t>
            </w:r>
          </w:p>
        </w:tc>
        <w:tc>
          <w:tcPr>
            <w:tcW w:type="dxa" w:w="6768"/>
          </w:tcPr>
          <w:p>
            <w:r/>
          </w:p>
        </w:tc>
      </w:tr>
    </w:tbl>
    <w:p>
      <w:r>
        <w:rPr>
          <w:b/>
          <w:color w:val="005DAA"/>
          <w:sz w:val="24"/>
        </w:rPr>
        <w:t>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School / university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College major (or intended)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Year / level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Expected graduation (month/year)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Current GPA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Projected credits at end of 2026-2027 school year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Enrollment (full-time / part-time)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Educational background</w:t>
            </w:r>
          </w:p>
        </w:tc>
        <w:tc>
          <w:tcPr>
            <w:tcW w:type="dxa" w:w="6768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005DAA"/>
          <w:sz w:val="24"/>
        </w:rPr>
        <w:t>ASHRAE MEMBERSHIP &amp; CHAPTER AFFILIATION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ASHRAE student member?</w:t>
            </w:r>
          </w:p>
        </w:tc>
        <w:tc>
          <w:tcPr>
            <w:tcW w:type="dxa" w:w="6768"/>
          </w:tcPr>
          <w:p>
            <w:r>
              <w:t>☐ Yes   ☐ No</w:t>
            </w:r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ASHRAE member number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Family member of an ASHRAE SN Chapter member?</w:t>
            </w:r>
          </w:p>
        </w:tc>
        <w:tc>
          <w:tcPr>
            <w:tcW w:type="dxa" w:w="6768"/>
          </w:tcPr>
          <w:p>
            <w:r>
              <w:t>☐ Yes   ☐ No</w:t>
            </w:r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If yes: member name &amp; relationship</w:t>
            </w:r>
          </w:p>
        </w:tc>
        <w:tc>
          <w:tcPr>
            <w:tcW w:type="dxa" w:w="6768"/>
          </w:tcPr>
          <w:p>
            <w:r/>
          </w:p>
        </w:tc>
      </w:tr>
    </w:tbl>
    <w:p>
      <w:r>
        <w:rPr>
          <w:b/>
          <w:color w:val="005DAA"/>
          <w:sz w:val="24"/>
        </w:rPr>
        <w:t>RELEVANT WORK OR ACADEMIC EXPERIENCE IN THE HVAC INDUSTRY</w:t>
      </w:r>
    </w:p>
    <w:p>
      <w:r>
        <w:t>List internships, jobs, projects, coursework, or student-branch activity related to HVAC. Include organization, role, and dates.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Experience</w:t>
            </w:r>
          </w:p>
        </w:tc>
        <w:tc>
          <w:tcPr>
            <w:tcW w:type="dxa" w:w="6768"/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r>
        <w:rPr>
          <w:b/>
          <w:color w:val="005DAA"/>
          <w:sz w:val="24"/>
        </w:rPr>
        <w:t>ESSAY (MAX 1 PAGE)</w:t>
      </w:r>
    </w:p>
    <w:p>
      <w:r>
        <w:t>Describe your career goals in the HVAC industry and your planned academic path to get there. You may write below or attach a separate one-page essay.  ☐ Essay attached separately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Essay</w:t>
            </w:r>
          </w:p>
        </w:tc>
        <w:tc>
          <w:tcPr>
            <w:tcW w:type="dxa" w:w="6768"/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r>
        <w:rPr>
          <w:b/>
          <w:color w:val="005DAA"/>
          <w:sz w:val="24"/>
        </w:rPr>
        <w:t>CERTIFICATION &amp; SIGNATURE</w:t>
      </w:r>
    </w:p>
    <w:p>
      <w:r>
        <w:t>☐  I certify that the information in this application is true and complete to the best of my knowledge, and that I meet the eligibility criteria stated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Applicant signature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456"/>
            <w:shd w:val="clear" w:fill="E6F0F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768"/>
          </w:tcPr>
          <w:p>
            <w:r/>
          </w:p>
        </w:tc>
      </w:tr>
    </w:tbl>
    <w:p>
      <w:r>
        <w:rPr>
          <w:b/>
          <w:color w:val="005DAA"/>
          <w:sz w:val="24"/>
        </w:rPr>
        <w:t>HOW TO SUBMIT</w:t>
      </w:r>
    </w:p>
    <w:p>
      <w:pPr>
        <w:pStyle w:val="ListBullet"/>
      </w:pPr>
      <w:r>
        <w:t>Email your completed application and attachments to clangille@fealasvegas.com.</w:t>
      </w:r>
    </w:p>
    <w:p>
      <w:pPr>
        <w:pStyle w:val="ListBullet"/>
      </w:pPr>
      <w:r>
        <w:t>Subject line: your name and "ASHRAE 2027 Student Grant Application".</w:t>
      </w:r>
    </w:p>
    <w:p>
      <w:pPr>
        <w:pStyle w:val="ListBullet"/>
      </w:pPr>
      <w:r>
        <w:t>Submit by March 21, 2027.</w:t>
      </w:r>
    </w:p>
    <w:p>
      <w:pPr>
        <w:pStyle w:val="ListBullet"/>
      </w:pPr>
      <w:r>
        <w:t>The four recipients voted most worthy by the ASHRAE SN Board of Governors will be notified by April 15, 2027 and recognized at the April Chapter Meeting (April 20, 2027 [TBD - confirm with chapter]).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